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4A0"/>
      </w:tblPr>
      <w:tblGrid>
        <w:gridCol w:w="5234"/>
        <w:gridCol w:w="5234"/>
      </w:tblGrid>
      <w:tr w:rsidR="000F6154">
        <w:trPr>
          <w:jc w:val="center"/>
        </w:trPr>
        <w:tc>
          <w:tcPr>
            <w:tcW w:w="5234" w:type="dxa"/>
          </w:tcPr>
          <w:p w:rsidR="000F6154" w:rsidRDefault="00D9649F">
            <w:pPr>
              <w:spacing w:after="40"/>
            </w:pPr>
            <w:r>
              <w:rPr>
                <w:b/>
                <w:sz w:val="26"/>
              </w:rPr>
              <w:t>ΑΙΤΗΣΗ - ΥΠΕΥΘΥΝΗ ΔΗΛΩΣΗ</w:t>
            </w:r>
          </w:p>
          <w:p w:rsidR="000F6154" w:rsidRDefault="00D9649F">
            <w:pPr>
              <w:spacing w:after="0"/>
            </w:pPr>
            <w:r>
              <w:rPr>
                <w:color w:val="505050"/>
                <w:sz w:val="19"/>
              </w:rPr>
              <w:t>Για την επικαιροποίηση δικαιολογητικών</w:t>
            </w:r>
            <w:r>
              <w:rPr>
                <w:color w:val="505050"/>
                <w:sz w:val="19"/>
              </w:rPr>
              <w:br/>
              <w:t>μείωσης δημοτικών τελών ύδρευσης</w:t>
            </w:r>
          </w:p>
        </w:tc>
        <w:tc>
          <w:tcPr>
            <w:tcW w:w="5234" w:type="dxa"/>
          </w:tcPr>
          <w:p w:rsidR="000F6154" w:rsidRDefault="00D9649F">
            <w:pPr>
              <w:spacing w:after="40"/>
              <w:jc w:val="right"/>
            </w:pPr>
            <w:r>
              <w:rPr>
                <w:b/>
                <w:sz w:val="21"/>
              </w:rPr>
              <w:t>ΠΡΟΣ:</w:t>
            </w:r>
          </w:p>
          <w:p w:rsidR="000F6154" w:rsidRDefault="00D9649F">
            <w:pPr>
              <w:spacing w:after="0"/>
              <w:jc w:val="right"/>
            </w:pPr>
            <w:r>
              <w:rPr>
                <w:b/>
                <w:sz w:val="21"/>
              </w:rPr>
              <w:t>ΔΗΜΟ ΤΗΝΟΥ</w:t>
            </w:r>
            <w:r>
              <w:rPr>
                <w:b/>
                <w:sz w:val="21"/>
              </w:rPr>
              <w:br/>
              <w:t>Τμήμα Ύδρευσης</w:t>
            </w:r>
          </w:p>
        </w:tc>
      </w:tr>
    </w:tbl>
    <w:p w:rsidR="000F6154" w:rsidRDefault="000F6154">
      <w:pPr>
        <w:spacing w:before="80" w:after="80"/>
      </w:pPr>
    </w:p>
    <w:p w:rsidR="000F6154" w:rsidRDefault="00D9649F">
      <w:pPr>
        <w:spacing w:after="40"/>
      </w:pPr>
      <w:r>
        <w:rPr>
          <w:b/>
          <w:sz w:val="21"/>
        </w:rPr>
        <w:t>1. ΣΤΟΙΧΕΙΑ ΑΙΤΟΥΝΤΟΣ / ΑΙΤΟΥΣΑΣ</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tblPr>
      <w:tblGrid>
        <w:gridCol w:w="2160"/>
        <w:gridCol w:w="3024"/>
        <w:gridCol w:w="1872"/>
        <w:gridCol w:w="3312"/>
      </w:tblGrid>
      <w:tr w:rsidR="000F6154">
        <w:trPr>
          <w:jc w:val="center"/>
        </w:trPr>
        <w:tc>
          <w:tcPr>
            <w:tcW w:w="2160" w:type="dxa"/>
            <w:shd w:val="clear" w:color="auto" w:fill="F5F5F5"/>
            <w:tcMar>
              <w:top w:w="60" w:type="dxa"/>
              <w:left w:w="100" w:type="dxa"/>
              <w:bottom w:w="60" w:type="dxa"/>
              <w:right w:w="100" w:type="dxa"/>
            </w:tcMar>
          </w:tcPr>
          <w:p w:rsidR="000F6154" w:rsidRDefault="00D9649F">
            <w:pPr>
              <w:spacing w:after="0"/>
            </w:pPr>
            <w:r>
              <w:rPr>
                <w:b/>
              </w:rPr>
              <w:t>Ονοματεπώνυμο:</w:t>
            </w:r>
          </w:p>
        </w:tc>
        <w:tc>
          <w:tcPr>
            <w:tcW w:w="3024" w:type="dxa"/>
            <w:tcMar>
              <w:top w:w="60" w:type="dxa"/>
              <w:left w:w="100" w:type="dxa"/>
              <w:bottom w:w="60" w:type="dxa"/>
              <w:right w:w="100" w:type="dxa"/>
            </w:tcMar>
          </w:tcPr>
          <w:p w:rsidR="000F6154" w:rsidRDefault="000F6154">
            <w:pPr>
              <w:spacing w:after="0"/>
            </w:pPr>
          </w:p>
        </w:tc>
        <w:tc>
          <w:tcPr>
            <w:tcW w:w="1872" w:type="dxa"/>
            <w:shd w:val="clear" w:color="auto" w:fill="F5F5F5"/>
            <w:tcMar>
              <w:top w:w="60" w:type="dxa"/>
              <w:left w:w="100" w:type="dxa"/>
              <w:bottom w:w="60" w:type="dxa"/>
              <w:right w:w="100" w:type="dxa"/>
            </w:tcMar>
          </w:tcPr>
          <w:p w:rsidR="000F6154" w:rsidRDefault="00D9649F">
            <w:pPr>
              <w:spacing w:after="0"/>
            </w:pPr>
            <w:r>
              <w:rPr>
                <w:b/>
              </w:rPr>
              <w:t>Όνομα Πατέρα:</w:t>
            </w:r>
          </w:p>
        </w:tc>
        <w:tc>
          <w:tcPr>
            <w:tcW w:w="3312" w:type="dxa"/>
            <w:tcMar>
              <w:top w:w="60" w:type="dxa"/>
              <w:left w:w="100" w:type="dxa"/>
              <w:bottom w:w="60" w:type="dxa"/>
              <w:right w:w="100" w:type="dxa"/>
            </w:tcMar>
          </w:tcPr>
          <w:p w:rsidR="000F6154" w:rsidRDefault="000F6154">
            <w:pPr>
              <w:spacing w:after="0"/>
            </w:pPr>
          </w:p>
        </w:tc>
      </w:tr>
      <w:tr w:rsidR="000F6154">
        <w:trPr>
          <w:jc w:val="center"/>
        </w:trPr>
        <w:tc>
          <w:tcPr>
            <w:tcW w:w="2160" w:type="dxa"/>
            <w:shd w:val="clear" w:color="auto" w:fill="F5F5F5"/>
            <w:tcMar>
              <w:top w:w="60" w:type="dxa"/>
              <w:left w:w="100" w:type="dxa"/>
              <w:bottom w:w="60" w:type="dxa"/>
              <w:right w:w="100" w:type="dxa"/>
            </w:tcMar>
          </w:tcPr>
          <w:p w:rsidR="000F6154" w:rsidRDefault="00D9649F">
            <w:pPr>
              <w:spacing w:after="0"/>
            </w:pPr>
            <w:r>
              <w:rPr>
                <w:b/>
              </w:rPr>
              <w:t>Α.Δ.Τ.:</w:t>
            </w:r>
          </w:p>
        </w:tc>
        <w:tc>
          <w:tcPr>
            <w:tcW w:w="3024" w:type="dxa"/>
            <w:tcMar>
              <w:top w:w="60" w:type="dxa"/>
              <w:left w:w="100" w:type="dxa"/>
              <w:bottom w:w="60" w:type="dxa"/>
              <w:right w:w="100" w:type="dxa"/>
            </w:tcMar>
          </w:tcPr>
          <w:p w:rsidR="000F6154" w:rsidRDefault="000F6154">
            <w:pPr>
              <w:spacing w:after="0"/>
            </w:pPr>
          </w:p>
        </w:tc>
        <w:tc>
          <w:tcPr>
            <w:tcW w:w="1872" w:type="dxa"/>
            <w:shd w:val="clear" w:color="auto" w:fill="F5F5F5"/>
            <w:tcMar>
              <w:top w:w="60" w:type="dxa"/>
              <w:left w:w="100" w:type="dxa"/>
              <w:bottom w:w="60" w:type="dxa"/>
              <w:right w:w="100" w:type="dxa"/>
            </w:tcMar>
          </w:tcPr>
          <w:p w:rsidR="000F6154" w:rsidRDefault="00D9649F">
            <w:pPr>
              <w:spacing w:after="0"/>
            </w:pPr>
            <w:r>
              <w:rPr>
                <w:b/>
              </w:rPr>
              <w:t>Εκδούσα Αρχή:</w:t>
            </w:r>
          </w:p>
        </w:tc>
        <w:tc>
          <w:tcPr>
            <w:tcW w:w="3312" w:type="dxa"/>
            <w:tcMar>
              <w:top w:w="60" w:type="dxa"/>
              <w:left w:w="100" w:type="dxa"/>
              <w:bottom w:w="60" w:type="dxa"/>
              <w:right w:w="100" w:type="dxa"/>
            </w:tcMar>
          </w:tcPr>
          <w:p w:rsidR="000F6154" w:rsidRDefault="000F6154">
            <w:pPr>
              <w:spacing w:after="0"/>
            </w:pPr>
          </w:p>
        </w:tc>
      </w:tr>
      <w:tr w:rsidR="000F6154">
        <w:trPr>
          <w:jc w:val="center"/>
        </w:trPr>
        <w:tc>
          <w:tcPr>
            <w:tcW w:w="2160" w:type="dxa"/>
            <w:shd w:val="clear" w:color="auto" w:fill="F5F5F5"/>
            <w:tcMar>
              <w:top w:w="60" w:type="dxa"/>
              <w:left w:w="100" w:type="dxa"/>
              <w:bottom w:w="60" w:type="dxa"/>
              <w:right w:w="100" w:type="dxa"/>
            </w:tcMar>
          </w:tcPr>
          <w:p w:rsidR="000F6154" w:rsidRDefault="00D9649F">
            <w:pPr>
              <w:spacing w:after="0"/>
            </w:pPr>
            <w:r>
              <w:rPr>
                <w:b/>
              </w:rPr>
              <w:t>Έτος Γέννησης:</w:t>
            </w:r>
          </w:p>
        </w:tc>
        <w:tc>
          <w:tcPr>
            <w:tcW w:w="3024" w:type="dxa"/>
            <w:tcMar>
              <w:top w:w="60" w:type="dxa"/>
              <w:left w:w="100" w:type="dxa"/>
              <w:bottom w:w="60" w:type="dxa"/>
              <w:right w:w="100" w:type="dxa"/>
            </w:tcMar>
          </w:tcPr>
          <w:p w:rsidR="000F6154" w:rsidRDefault="000F6154">
            <w:pPr>
              <w:spacing w:after="0"/>
            </w:pPr>
          </w:p>
        </w:tc>
        <w:tc>
          <w:tcPr>
            <w:tcW w:w="1872" w:type="dxa"/>
            <w:shd w:val="clear" w:color="auto" w:fill="F5F5F5"/>
            <w:tcMar>
              <w:top w:w="60" w:type="dxa"/>
              <w:left w:w="100" w:type="dxa"/>
              <w:bottom w:w="60" w:type="dxa"/>
              <w:right w:w="100" w:type="dxa"/>
            </w:tcMar>
          </w:tcPr>
          <w:p w:rsidR="000F6154" w:rsidRDefault="00D9649F">
            <w:pPr>
              <w:spacing w:after="0"/>
            </w:pPr>
            <w:r>
              <w:rPr>
                <w:b/>
              </w:rPr>
              <w:t>Α.Φ.Μ.:</w:t>
            </w:r>
          </w:p>
        </w:tc>
        <w:tc>
          <w:tcPr>
            <w:tcW w:w="3312" w:type="dxa"/>
            <w:tcMar>
              <w:top w:w="60" w:type="dxa"/>
              <w:left w:w="100" w:type="dxa"/>
              <w:bottom w:w="60" w:type="dxa"/>
              <w:right w:w="100" w:type="dxa"/>
            </w:tcMar>
          </w:tcPr>
          <w:p w:rsidR="000F6154" w:rsidRDefault="000F6154">
            <w:pPr>
              <w:spacing w:after="0"/>
            </w:pPr>
          </w:p>
        </w:tc>
      </w:tr>
      <w:tr w:rsidR="000F6154">
        <w:trPr>
          <w:jc w:val="center"/>
        </w:trPr>
        <w:tc>
          <w:tcPr>
            <w:tcW w:w="2160" w:type="dxa"/>
            <w:shd w:val="clear" w:color="auto" w:fill="F5F5F5"/>
            <w:tcMar>
              <w:top w:w="60" w:type="dxa"/>
              <w:left w:w="100" w:type="dxa"/>
              <w:bottom w:w="60" w:type="dxa"/>
              <w:right w:w="100" w:type="dxa"/>
            </w:tcMar>
          </w:tcPr>
          <w:p w:rsidR="000F6154" w:rsidRDefault="00D9649F">
            <w:pPr>
              <w:spacing w:after="0"/>
            </w:pPr>
            <w:r>
              <w:rPr>
                <w:b/>
              </w:rPr>
              <w:t>Διεύθυνση Κατοικίας:</w:t>
            </w:r>
          </w:p>
        </w:tc>
        <w:tc>
          <w:tcPr>
            <w:tcW w:w="3024" w:type="dxa"/>
            <w:tcMar>
              <w:top w:w="60" w:type="dxa"/>
              <w:left w:w="100" w:type="dxa"/>
              <w:bottom w:w="60" w:type="dxa"/>
              <w:right w:w="100" w:type="dxa"/>
            </w:tcMar>
          </w:tcPr>
          <w:p w:rsidR="000F6154" w:rsidRDefault="000F6154">
            <w:pPr>
              <w:spacing w:after="0"/>
            </w:pPr>
          </w:p>
        </w:tc>
        <w:tc>
          <w:tcPr>
            <w:tcW w:w="1872" w:type="dxa"/>
            <w:shd w:val="clear" w:color="auto" w:fill="F5F5F5"/>
            <w:tcMar>
              <w:top w:w="60" w:type="dxa"/>
              <w:left w:w="100" w:type="dxa"/>
              <w:bottom w:w="60" w:type="dxa"/>
              <w:right w:w="100" w:type="dxa"/>
            </w:tcMar>
          </w:tcPr>
          <w:p w:rsidR="000F6154" w:rsidRDefault="00D9649F">
            <w:pPr>
              <w:spacing w:after="0"/>
            </w:pPr>
            <w:r>
              <w:rPr>
                <w:b/>
              </w:rPr>
              <w:t>Τ.Κ.:</w:t>
            </w:r>
          </w:p>
        </w:tc>
        <w:tc>
          <w:tcPr>
            <w:tcW w:w="3312" w:type="dxa"/>
            <w:tcMar>
              <w:top w:w="60" w:type="dxa"/>
              <w:left w:w="100" w:type="dxa"/>
              <w:bottom w:w="60" w:type="dxa"/>
              <w:right w:w="100" w:type="dxa"/>
            </w:tcMar>
          </w:tcPr>
          <w:p w:rsidR="000F6154" w:rsidRDefault="000F6154">
            <w:pPr>
              <w:spacing w:after="0"/>
            </w:pPr>
          </w:p>
        </w:tc>
      </w:tr>
      <w:tr w:rsidR="000F6154">
        <w:trPr>
          <w:jc w:val="center"/>
        </w:trPr>
        <w:tc>
          <w:tcPr>
            <w:tcW w:w="2160" w:type="dxa"/>
            <w:shd w:val="clear" w:color="auto" w:fill="F5F5F5"/>
            <w:tcMar>
              <w:top w:w="60" w:type="dxa"/>
              <w:left w:w="100" w:type="dxa"/>
              <w:bottom w:w="60" w:type="dxa"/>
              <w:right w:w="100" w:type="dxa"/>
            </w:tcMar>
          </w:tcPr>
          <w:p w:rsidR="000F6154" w:rsidRDefault="00D9649F">
            <w:pPr>
              <w:spacing w:after="0"/>
            </w:pPr>
            <w:r>
              <w:rPr>
                <w:b/>
              </w:rPr>
              <w:t>Τηλέφωνο:</w:t>
            </w:r>
          </w:p>
        </w:tc>
        <w:tc>
          <w:tcPr>
            <w:tcW w:w="3024" w:type="dxa"/>
            <w:tcMar>
              <w:top w:w="60" w:type="dxa"/>
              <w:left w:w="100" w:type="dxa"/>
              <w:bottom w:w="60" w:type="dxa"/>
              <w:right w:w="100" w:type="dxa"/>
            </w:tcMar>
          </w:tcPr>
          <w:p w:rsidR="000F6154" w:rsidRDefault="000F6154">
            <w:pPr>
              <w:spacing w:after="0"/>
            </w:pPr>
          </w:p>
        </w:tc>
        <w:tc>
          <w:tcPr>
            <w:tcW w:w="1872" w:type="dxa"/>
            <w:shd w:val="clear" w:color="auto" w:fill="F5F5F5"/>
            <w:tcMar>
              <w:top w:w="60" w:type="dxa"/>
              <w:left w:w="100" w:type="dxa"/>
              <w:bottom w:w="60" w:type="dxa"/>
              <w:right w:w="100" w:type="dxa"/>
            </w:tcMar>
          </w:tcPr>
          <w:p w:rsidR="000F6154" w:rsidRDefault="00D9649F">
            <w:pPr>
              <w:spacing w:after="0"/>
            </w:pPr>
            <w:r>
              <w:rPr>
                <w:b/>
              </w:rPr>
              <w:t>E-mail:</w:t>
            </w:r>
          </w:p>
        </w:tc>
        <w:tc>
          <w:tcPr>
            <w:tcW w:w="3312" w:type="dxa"/>
            <w:tcMar>
              <w:top w:w="60" w:type="dxa"/>
              <w:left w:w="100" w:type="dxa"/>
              <w:bottom w:w="60" w:type="dxa"/>
              <w:right w:w="100" w:type="dxa"/>
            </w:tcMar>
          </w:tcPr>
          <w:p w:rsidR="000F6154" w:rsidRDefault="000F6154">
            <w:pPr>
              <w:spacing w:after="0"/>
            </w:pPr>
          </w:p>
        </w:tc>
      </w:tr>
    </w:tbl>
    <w:p w:rsidR="000F6154" w:rsidRDefault="000F6154">
      <w:pPr>
        <w:spacing w:after="40"/>
      </w:pPr>
    </w:p>
    <w:p w:rsidR="000F6154" w:rsidRDefault="00D9649F">
      <w:pPr>
        <w:spacing w:before="40" w:after="40"/>
      </w:pPr>
      <w:r>
        <w:rPr>
          <w:b/>
          <w:sz w:val="21"/>
        </w:rPr>
        <w:t>2. ΚΑΤΗΓΟΡΙΑ ΔΙΚΑΙΟΥΧΟΥ (Επιλέξτε με X)</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E0E0E0"/>
          <w:insideV w:val="single" w:sz="4" w:space="0" w:color="E0E0E0"/>
        </w:tblBorders>
        <w:tblLook w:val="04A0"/>
      </w:tblPr>
      <w:tblGrid>
        <w:gridCol w:w="5184"/>
        <w:gridCol w:w="5184"/>
      </w:tblGrid>
      <w:tr w:rsidR="000F6154">
        <w:trPr>
          <w:jc w:val="center"/>
        </w:trPr>
        <w:tc>
          <w:tcPr>
            <w:tcW w:w="5184" w:type="dxa"/>
            <w:tcMar>
              <w:top w:w="60" w:type="dxa"/>
              <w:left w:w="100" w:type="dxa"/>
              <w:bottom w:w="60" w:type="dxa"/>
              <w:right w:w="100" w:type="dxa"/>
            </w:tcMar>
          </w:tcPr>
          <w:p w:rsidR="000F6154" w:rsidRDefault="00D9649F">
            <w:pPr>
              <w:spacing w:after="0"/>
            </w:pPr>
            <w:r>
              <w:t>[  ]  Πολύτεκνη οικογένεια</w:t>
            </w:r>
          </w:p>
        </w:tc>
        <w:tc>
          <w:tcPr>
            <w:tcW w:w="5184" w:type="dxa"/>
            <w:tcMar>
              <w:top w:w="60" w:type="dxa"/>
              <w:left w:w="100" w:type="dxa"/>
              <w:bottom w:w="60" w:type="dxa"/>
              <w:right w:w="100" w:type="dxa"/>
            </w:tcMar>
          </w:tcPr>
          <w:p w:rsidR="000F6154" w:rsidRDefault="00D9649F">
            <w:pPr>
              <w:spacing w:after="0"/>
            </w:pPr>
            <w:r>
              <w:t>[  ]  Τρίτεκνη οικογένεια</w:t>
            </w:r>
          </w:p>
        </w:tc>
      </w:tr>
      <w:tr w:rsidR="000F6154">
        <w:trPr>
          <w:jc w:val="center"/>
        </w:trPr>
        <w:tc>
          <w:tcPr>
            <w:tcW w:w="5184" w:type="dxa"/>
            <w:tcMar>
              <w:top w:w="60" w:type="dxa"/>
              <w:left w:w="100" w:type="dxa"/>
              <w:bottom w:w="60" w:type="dxa"/>
              <w:right w:w="100" w:type="dxa"/>
            </w:tcMar>
          </w:tcPr>
          <w:p w:rsidR="000F6154" w:rsidRDefault="00D9649F">
            <w:pPr>
              <w:spacing w:after="0"/>
            </w:pPr>
            <w:r>
              <w:t>[  ]  Μονογονεϊκή οικογένεια</w:t>
            </w:r>
          </w:p>
        </w:tc>
        <w:tc>
          <w:tcPr>
            <w:tcW w:w="5184" w:type="dxa"/>
            <w:tcMar>
              <w:top w:w="60" w:type="dxa"/>
              <w:left w:w="100" w:type="dxa"/>
              <w:bottom w:w="60" w:type="dxa"/>
              <w:right w:w="100" w:type="dxa"/>
            </w:tcMar>
          </w:tcPr>
          <w:p w:rsidR="000F6154" w:rsidRDefault="00D9649F">
            <w:pPr>
              <w:spacing w:after="0"/>
            </w:pPr>
            <w:r>
              <w:t>[  ]  Δικαιούχος προνοιακών επιδομάτων / Α.μεΑ. / Λοιπές Ευπαθείς Ομάδες</w:t>
            </w:r>
          </w:p>
        </w:tc>
      </w:tr>
    </w:tbl>
    <w:p w:rsidR="000F6154" w:rsidRDefault="000F6154">
      <w:pPr>
        <w:spacing w:after="40"/>
      </w:pPr>
    </w:p>
    <w:p w:rsidR="000F6154" w:rsidRDefault="00D9649F">
      <w:pPr>
        <w:spacing w:before="40" w:after="40"/>
      </w:pPr>
      <w:r>
        <w:rPr>
          <w:b/>
          <w:sz w:val="21"/>
        </w:rPr>
        <w:t xml:space="preserve">3. </w:t>
      </w:r>
      <w:r>
        <w:rPr>
          <w:b/>
          <w:sz w:val="21"/>
        </w:rPr>
        <w:t>ΑΠΑΙΤΟΥΜΕΝΑ ΔΙΚΑΙΟΛΟΓΗΤΙΚΑ (Συμπληρώνονται από την υπηρεσία)</w:t>
      </w:r>
    </w:p>
    <w:p w:rsidR="000F6154" w:rsidRDefault="00D9649F">
      <w:pPr>
        <w:spacing w:after="30"/>
        <w:ind w:left="216"/>
      </w:pPr>
      <w:r>
        <w:rPr>
          <w:sz w:val="19"/>
        </w:rPr>
        <w:t>[  ]  1. Αντίγραφο Αστυνομικής Ταυτότητας (Α.Δ.Τ.)</w:t>
      </w:r>
    </w:p>
    <w:p w:rsidR="000F6154" w:rsidRDefault="00D9649F">
      <w:pPr>
        <w:spacing w:after="30"/>
        <w:ind w:left="216"/>
      </w:pPr>
      <w:r>
        <w:rPr>
          <w:sz w:val="19"/>
        </w:rPr>
        <w:t>[  ]  2. Τελευταίο Εκκαθαριστικό Σημείωμα Φορολογίας Εισοδήματος</w:t>
      </w:r>
    </w:p>
    <w:p w:rsidR="000F6154" w:rsidRDefault="00D9649F">
      <w:pPr>
        <w:spacing w:after="30"/>
        <w:ind w:left="216"/>
      </w:pPr>
      <w:r>
        <w:rPr>
          <w:sz w:val="19"/>
        </w:rPr>
        <w:t>[  ]  3. Έντυπο Ε1 τελευταίου φορολογικού έτους</w:t>
      </w:r>
    </w:p>
    <w:p w:rsidR="000F6154" w:rsidRDefault="00D9649F">
      <w:pPr>
        <w:spacing w:after="30"/>
        <w:ind w:left="216"/>
      </w:pPr>
      <w:r>
        <w:rPr>
          <w:sz w:val="19"/>
        </w:rPr>
        <w:t>[  ]  4. Έντυπο Ε9 τρέχοντος έτ</w:t>
      </w:r>
      <w:r>
        <w:rPr>
          <w:sz w:val="19"/>
        </w:rPr>
        <w:t>ους (κατάσταση ακίνητης περιουσίας)</w:t>
      </w:r>
    </w:p>
    <w:p w:rsidR="000F6154" w:rsidRDefault="00D9649F">
      <w:pPr>
        <w:spacing w:after="30"/>
        <w:ind w:left="216"/>
      </w:pPr>
      <w:r>
        <w:rPr>
          <w:sz w:val="19"/>
        </w:rPr>
        <w:t>[  ]  5. Πρόσφατος Λογαριασμός Ηλεκτρικού Ρεύματος (για επαλήθευση παροχής)</w:t>
      </w:r>
    </w:p>
    <w:p w:rsidR="000F6154" w:rsidRDefault="00D9649F">
      <w:pPr>
        <w:spacing w:after="30"/>
        <w:ind w:left="216"/>
      </w:pPr>
      <w:r>
        <w:rPr>
          <w:sz w:val="19"/>
        </w:rPr>
        <w:t>[  ]  6. Αντίγραφο ηλεκτρονικού μισθωτηρίου συμβολαίου (σε περίπτωση μίσθωσης κατοικίας)</w:t>
      </w:r>
    </w:p>
    <w:p w:rsidR="000F6154" w:rsidRDefault="00D9649F">
      <w:pPr>
        <w:spacing w:after="30"/>
        <w:ind w:left="216"/>
      </w:pPr>
      <w:r>
        <w:rPr>
          <w:sz w:val="19"/>
        </w:rPr>
        <w:t>[  ]  7. Πιστοποιητικό πολυτεκνικής ιδιότητας (θεωρημέν</w:t>
      </w:r>
      <w:r>
        <w:rPr>
          <w:sz w:val="19"/>
        </w:rPr>
        <w:t>ο από την Α.Σ.Π.Ε., σε περίπτωση πολυτεκνίας)</w:t>
      </w:r>
    </w:p>
    <w:p w:rsidR="000F6154" w:rsidRDefault="00D9649F">
      <w:pPr>
        <w:spacing w:after="30"/>
        <w:ind w:left="216"/>
      </w:pPr>
      <w:r>
        <w:rPr>
          <w:sz w:val="19"/>
        </w:rPr>
        <w:t>[  ]  8. Αντίγραφο δικαστικής απόφασης σχετικά με την επιμέλεια των τέκνων (σε περίπτωση μονογονεϊκής οικογένειας)</w:t>
      </w:r>
    </w:p>
    <w:p w:rsidR="000F6154" w:rsidRDefault="00D9649F">
      <w:pPr>
        <w:spacing w:after="30"/>
        <w:ind w:left="216"/>
      </w:pPr>
      <w:r>
        <w:rPr>
          <w:sz w:val="19"/>
        </w:rPr>
        <w:t>[  ]  9. Βεβαίωση χορήγησης προνοιακού επιδόματος (π.χ. Γνωμάτευση ΚΕΠΑ σε ισχύ για Α.μεΑ. / Έγ</w:t>
      </w:r>
      <w:r>
        <w:rPr>
          <w:sz w:val="19"/>
        </w:rPr>
        <w:t>κριση Ελάχιστου Εγγυημένου Εισοδήματος / Απόφαση Κοινωνικής Αλληλεγγύης Ανασφάλιστων Υπερηλίκων)</w:t>
      </w:r>
    </w:p>
    <w:p w:rsidR="000F6154" w:rsidRDefault="00D9649F">
      <w:pPr>
        <w:spacing w:before="40" w:after="40"/>
      </w:pPr>
      <w:r>
        <w:rPr>
          <w:i/>
          <w:color w:val="646464"/>
          <w:sz w:val="19"/>
        </w:rPr>
        <w:t>(*) Σημείωση: Το Πιστοποιητικό Οικογενειακής Κατάστασης αναζητείται αυτεπάγγελτα από την υπηρεσία.</w:t>
      </w:r>
    </w:p>
    <w:p w:rsidR="000F6154" w:rsidRDefault="000F6154">
      <w:pPr>
        <w:spacing w:after="40"/>
      </w:pPr>
    </w:p>
    <w:p w:rsidR="000F6154" w:rsidRDefault="00D9649F">
      <w:pPr>
        <w:spacing w:before="40" w:after="80"/>
      </w:pPr>
      <w:r>
        <w:rPr>
          <w:sz w:val="19"/>
        </w:rPr>
        <w:t xml:space="preserve">ΥΠΕΥΘΥΝΗ ΔΗΛΩΣΗ: Παρακαλώ όπως προβείτε στη μείωση των </w:t>
      </w:r>
      <w:r>
        <w:rPr>
          <w:sz w:val="19"/>
        </w:rPr>
        <w:t>Δημοτικών Τελών Ύδρευσης του Δήμου Τήνου, καθότι ανήκω σε ευπαθή κατηγορία πολιτών όπως δηλώνω παραπάνω. Με την παρούσα, συναινώ και εξουσιοδοτώ τον Δήμο Τήνου να αναζητήσει αυτεπάγγελτα το Πιστοποιητικό Οικογενειακής μου Κατάστασης. Δηλώνω υπεύθυνα ότι όλ</w:t>
      </w:r>
      <w:r>
        <w:rPr>
          <w:sz w:val="19"/>
        </w:rPr>
        <w:t>α τα στοιχεία είναι αληθή και δεσμεύομαι να γνωστοποιήσω άμεσα στην υπηρεσία οποιαδήποτε αλλαγή της κατάστασής μου.</w:t>
      </w:r>
    </w:p>
    <w:tbl>
      <w:tblPr>
        <w:tblW w:w="0" w:type="auto"/>
        <w:jc w:val="center"/>
        <w:tblLayout w:type="fixed"/>
        <w:tblLook w:val="04A0"/>
      </w:tblPr>
      <w:tblGrid>
        <w:gridCol w:w="5234"/>
        <w:gridCol w:w="5234"/>
      </w:tblGrid>
      <w:tr w:rsidR="000F6154">
        <w:trPr>
          <w:jc w:val="center"/>
        </w:trPr>
        <w:tc>
          <w:tcPr>
            <w:tcW w:w="5234" w:type="dxa"/>
          </w:tcPr>
          <w:p w:rsidR="000F6154" w:rsidRDefault="00D9649F">
            <w:pPr>
              <w:spacing w:before="240"/>
            </w:pPr>
            <w:r>
              <w:t>Τήνος, ........ / ........ / 20....</w:t>
            </w:r>
          </w:p>
        </w:tc>
        <w:tc>
          <w:tcPr>
            <w:tcW w:w="5234" w:type="dxa"/>
          </w:tcPr>
          <w:p w:rsidR="000F6154" w:rsidRDefault="00D9649F">
            <w:pPr>
              <w:spacing w:before="240"/>
              <w:jc w:val="center"/>
            </w:pPr>
            <w:r>
              <w:t>Ο / Η ΑΙΤΩΝ / ΑΙΤΟΥΣΑ</w:t>
            </w:r>
            <w:r>
              <w:br/>
            </w:r>
            <w:r>
              <w:br/>
            </w:r>
            <w:r>
              <w:br/>
            </w:r>
            <w:r>
              <w:br/>
            </w:r>
            <w:r>
              <w:rPr>
                <w:color w:val="787878"/>
                <w:sz w:val="18"/>
              </w:rPr>
              <w:t>....................................................</w:t>
            </w:r>
            <w:r>
              <w:rPr>
                <w:color w:val="787878"/>
                <w:sz w:val="18"/>
              </w:rPr>
              <w:br/>
              <w:t>(Υπογραφή)</w:t>
            </w:r>
          </w:p>
        </w:tc>
      </w:tr>
    </w:tbl>
    <w:p w:rsidR="00D9649F" w:rsidRDefault="00D9649F"/>
    <w:sectPr w:rsidR="00D9649F" w:rsidSect="00034616">
      <w:pgSz w:w="11909" w:h="16834"/>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B47730"/>
    <w:rsid w:val="00034616"/>
    <w:rsid w:val="0006063C"/>
    <w:rsid w:val="000F6154"/>
    <w:rsid w:val="0015074B"/>
    <w:rsid w:val="00285551"/>
    <w:rsid w:val="0029639D"/>
    <w:rsid w:val="00326F90"/>
    <w:rsid w:val="00AA1D8D"/>
    <w:rsid w:val="00B47730"/>
    <w:rsid w:val="00CB0664"/>
    <w:rsid w:val="00D9649F"/>
    <w:rsid w:val="00FC693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Calibri" w:hAnsi="Calibri"/>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315</Words>
  <Characters>1704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Δήμος Τήνου</cp:lastModifiedBy>
  <cp:revision>2</cp:revision>
  <cp:lastPrinted>2026-10-13T06:46:00Z</cp:lastPrinted>
  <dcterms:created xsi:type="dcterms:W3CDTF">2026-10-13T06:48:00Z</dcterms:created>
  <dcterms:modified xsi:type="dcterms:W3CDTF">2026-10-13T06:48:00Z</dcterms:modified>
</cp:coreProperties>
</file>